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光伏回路信息列表</w:t>
      </w:r>
    </w:p>
    <w:p>
      <w:r>
        <w:t>共查询到 10 条光伏回路记录</w:t>
      </w:r>
    </w:p>
    <w:p>
      <w:r>
        <w:t>回路等级分布：一级回路 8 条，二级回路 2 条</w:t>
      </w:r>
    </w:p>
    <w:p>
      <w:r>
        <w:t>涉及 5 个光伏站点：赤峰云钢、红龙制药、赤峰云铜、江苏盐城</w:t>
      </w:r>
    </w:p>
    <w:p>
      <w:r>
        <w:t>涉及 7 台逆变器设备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回路名称</w:t>
            </w:r>
          </w:p>
        </w:tc>
        <w:tc>
          <w:tcPr>
            <w:tcW w:type="dxa" w:w="2160"/>
          </w:tcPr>
          <w:p>
            <w:r>
              <w:rPr>
                <w:b/>
              </w:rPr>
              <w:t>所属逆变器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回路等级</w:t>
            </w:r>
          </w:p>
        </w:tc>
        <w:tc>
          <w:tcPr>
            <w:tcW w:type="dxa" w:w="2160"/>
          </w:tcPr>
          <w:p>
            <w:r>
              <w:rPr>
                <w:b/>
              </w:rPr>
              <w:t>所属站点</w:t>
            </w:r>
          </w:p>
        </w:tc>
      </w:tr>
      <w:tr>
        <w:tc>
          <w:tcPr>
            <w:tcW w:type="dxa" w:w="2160"/>
          </w:tcPr>
          <w:p>
            <w:r>
              <w:t>电力 22</w:t>
            </w:r>
          </w:p>
        </w:tc>
        <w:tc>
          <w:tcPr>
            <w:tcW w:type="dxa" w:w="2160"/>
          </w:tcPr>
          <w:p>
            <w:r>
              <w:t>赤峰云钢逆变器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赤峰云钢 - 光伏站点</w:t>
            </w:r>
          </w:p>
        </w:tc>
      </w:tr>
      <w:tr>
        <w:tc>
          <w:tcPr>
            <w:tcW w:type="dxa" w:w="2160"/>
          </w:tcPr>
          <w:p>
            <w:r>
              <w:t>红龙回路</w:t>
            </w:r>
          </w:p>
        </w:tc>
        <w:tc>
          <w:tcPr>
            <w:tcW w:type="dxa" w:w="2160"/>
          </w:tcPr>
          <w:p>
            <w:r>
              <w:t>红龙制药逆变器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红龙制药 - 光伏站点</w:t>
            </w:r>
          </w:p>
        </w:tc>
      </w:tr>
      <w:tr>
        <w:tc>
          <w:tcPr>
            <w:tcW w:type="dxa" w:w="2160"/>
          </w:tcPr>
          <w:p>
            <w:r>
              <w:t>电力（外购）222</w:t>
            </w:r>
          </w:p>
        </w:tc>
        <w:tc>
          <w:tcPr>
            <w:tcW w:type="dxa" w:w="2160"/>
          </w:tcPr>
          <w:p>
            <w:r>
              <w:t>赤峰云钢逆变器</w:t>
            </w:r>
          </w:p>
        </w:tc>
        <w:tc>
          <w:tcPr>
            <w:tcW w:type="dxa" w:w="2160"/>
          </w:tcPr>
          <w:p>
            <w:r>
              <w:t>二级回路</w:t>
            </w:r>
          </w:p>
        </w:tc>
        <w:tc>
          <w:tcPr>
            <w:tcW w:type="dxa" w:w="2160"/>
          </w:tcPr>
          <w:p>
            <w:r>
              <w:t>赤峰云钢 - 光伏站点</w:t>
            </w:r>
          </w:p>
        </w:tc>
      </w:tr>
      <w:tr>
        <w:tc>
          <w:tcPr>
            <w:tcW w:type="dxa" w:w="2160"/>
          </w:tcPr>
          <w:p>
            <w:r>
              <w:t>电力 2333</w:t>
            </w:r>
          </w:p>
        </w:tc>
        <w:tc>
          <w:tcPr>
            <w:tcW w:type="dxa" w:w="2160"/>
          </w:tcPr>
          <w:p>
            <w:r>
              <w:t>赤峰云钢逆变器</w:t>
            </w:r>
          </w:p>
        </w:tc>
        <w:tc>
          <w:tcPr>
            <w:tcW w:type="dxa" w:w="2160"/>
          </w:tcPr>
          <w:p>
            <w:r>
              <w:t>二级回路</w:t>
            </w:r>
          </w:p>
        </w:tc>
        <w:tc>
          <w:tcPr>
            <w:tcW w:type="dxa" w:w="2160"/>
          </w:tcPr>
          <w:p>
            <w:r>
              <w:t>赤峰云钢 - 光伏站点</w:t>
            </w:r>
          </w:p>
        </w:tc>
      </w:tr>
      <w:tr>
        <w:tc>
          <w:tcPr>
            <w:tcW w:type="dxa" w:w="2160"/>
          </w:tcPr>
          <w:p>
            <w:r>
              <w:t>光伏回路 1</w:t>
            </w:r>
          </w:p>
        </w:tc>
        <w:tc>
          <w:tcPr>
            <w:tcW w:type="dxa" w:w="2160"/>
          </w:tcPr>
          <w:p>
            <w:r>
              <w:t>赤峰云铜逆变器 1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赤峰云铜光伏站点</w:t>
            </w:r>
          </w:p>
        </w:tc>
      </w:tr>
      <w:tr>
        <w:tc>
          <w:tcPr>
            <w:tcW w:type="dxa" w:w="2160"/>
          </w:tcPr>
          <w:p>
            <w:r>
              <w:t>光伏回路</w:t>
            </w:r>
          </w:p>
        </w:tc>
        <w:tc>
          <w:tcPr>
            <w:tcW w:type="dxa" w:w="2160"/>
          </w:tcPr>
          <w:p>
            <w:r>
              <w:t>江苏盐城逆变器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</w:tr>
      <w:tr>
        <w:tc>
          <w:tcPr>
            <w:tcW w:type="dxa" w:w="2160"/>
          </w:tcPr>
          <w:p>
            <w:r>
              <w:t>光伏回路 2</w:t>
            </w:r>
          </w:p>
        </w:tc>
        <w:tc>
          <w:tcPr>
            <w:tcW w:type="dxa" w:w="2160"/>
          </w:tcPr>
          <w:p>
            <w:r>
              <w:t>江苏盐城逆变器 2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</w:tr>
      <w:tr>
        <w:tc>
          <w:tcPr>
            <w:tcW w:type="dxa" w:w="2160"/>
          </w:tcPr>
          <w:p>
            <w:r>
              <w:t>光伏回路 3</w:t>
            </w:r>
          </w:p>
        </w:tc>
        <w:tc>
          <w:tcPr>
            <w:tcW w:type="dxa" w:w="2160"/>
          </w:tcPr>
          <w:p>
            <w:r>
              <w:t>江苏盐城逆变器 3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</w:tr>
      <w:tr>
        <w:tc>
          <w:tcPr>
            <w:tcW w:type="dxa" w:w="2160"/>
          </w:tcPr>
          <w:p>
            <w:r>
              <w:t>光伏回路 4</w:t>
            </w:r>
          </w:p>
        </w:tc>
        <w:tc>
          <w:tcPr>
            <w:tcW w:type="dxa" w:w="2160"/>
          </w:tcPr>
          <w:p>
            <w:r>
              <w:t>江苏盐城逆变器 4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</w:tr>
      <w:tr>
        <w:tc>
          <w:tcPr>
            <w:tcW w:type="dxa" w:w="2160"/>
          </w:tcPr>
          <w:p>
            <w:r>
              <w:t>光伏回路 5</w:t>
            </w:r>
          </w:p>
        </w:tc>
        <w:tc>
          <w:tcPr>
            <w:tcW w:type="dxa" w:w="2160"/>
          </w:tcPr>
          <w:p>
            <w:r>
              <w:t>江苏盐城逆变器 5</w:t>
            </w:r>
          </w:p>
        </w:tc>
        <w:tc>
          <w:tcPr>
            <w:tcW w:type="dxa" w:w="2160"/>
          </w:tcPr>
          <w:p>
            <w:r>
              <w:t>一级回路</w:t>
            </w:r>
          </w:p>
        </w:tc>
        <w:tc>
          <w:tcPr>
            <w:tcW w:type="dxa" w:w="2160"/>
          </w:tcPr>
          <w:p>
            <w:r>
              <w:t>江苏盐城站点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