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商业合同模板</w:t>
      </w:r>
    </w:p>
    <w:p>
      <w:pPr>
        <w:pStyle w:val="Heading1"/>
      </w:pPr>
      <w:r>
        <w:t>商业合同</w:t>
      </w:r>
    </w:p>
    <w:p/>
    <w:p>
      <w:pPr>
        <w:pStyle w:val="Heading2"/>
      </w:pPr>
      <w:r>
        <w:t>合同编号：[____________]</w:t>
      </w:r>
    </w:p>
    <w:p/>
    <w:p>
      <w:r>
        <w:t>**签订地点：** [____________]</w:t>
      </w:r>
    </w:p>
    <w:p>
      <w:r>
        <w:t>**签订日期：** [____] 年 [____] 月 [____] 日</w:t>
      </w:r>
    </w:p>
    <w:p/>
    <w:p>
      <w:r>
        <w:t>---</w:t>
      </w:r>
    </w:p>
    <w:p/>
    <w:p>
      <w:pPr>
        <w:pStyle w:val="Heading2"/>
      </w:pPr>
      <w:r>
        <w:t>第一条 合同双方</w:t>
      </w:r>
    </w:p>
    <w:p/>
    <w:p>
      <w:r>
        <w:t>**甲方（供方）：**</w:t>
      </w:r>
    </w:p>
    <w:p>
      <w:pPr>
        <w:pStyle w:val="ListBullet"/>
      </w:pPr>
      <w:r>
        <w:t>单位名称：[________________________]</w:t>
      </w:r>
    </w:p>
    <w:p>
      <w:pPr>
        <w:pStyle w:val="ListBullet"/>
      </w:pPr>
      <w:r>
        <w:t>法定代表人：[____________]</w:t>
      </w:r>
    </w:p>
    <w:p>
      <w:pPr>
        <w:pStyle w:val="ListBullet"/>
      </w:pPr>
      <w:r>
        <w:t>地址：[________________________]</w:t>
      </w:r>
    </w:p>
    <w:p>
      <w:pPr>
        <w:pStyle w:val="ListBullet"/>
      </w:pPr>
      <w:r>
        <w:t>联系电话：[____________]</w:t>
      </w:r>
    </w:p>
    <w:p>
      <w:pPr>
        <w:pStyle w:val="ListBullet"/>
      </w:pPr>
      <w:r>
        <w:t>统一社会信用代码：[________________________]</w:t>
      </w:r>
    </w:p>
    <w:p/>
    <w:p>
      <w:r>
        <w:t>**乙方（需方）：**</w:t>
      </w:r>
    </w:p>
    <w:p>
      <w:pPr>
        <w:pStyle w:val="ListBullet"/>
      </w:pPr>
      <w:r>
        <w:t>单位名称：[________________________]</w:t>
      </w:r>
    </w:p>
    <w:p>
      <w:pPr>
        <w:pStyle w:val="ListBullet"/>
      </w:pPr>
      <w:r>
        <w:t>法定代表人：[____________]</w:t>
      </w:r>
    </w:p>
    <w:p>
      <w:pPr>
        <w:pStyle w:val="ListBullet"/>
      </w:pPr>
      <w:r>
        <w:t>地址：[________________________]</w:t>
      </w:r>
    </w:p>
    <w:p>
      <w:pPr>
        <w:pStyle w:val="ListBullet"/>
      </w:pPr>
      <w:r>
        <w:t>联系电话：[____________]</w:t>
      </w:r>
    </w:p>
    <w:p>
      <w:pPr>
        <w:pStyle w:val="ListBullet"/>
      </w:pPr>
      <w:r>
        <w:t>统一社会信用代码：[________________________]</w:t>
      </w:r>
    </w:p>
    <w:p/>
    <w:p>
      <w:r>
        <w:t>---</w:t>
      </w:r>
    </w:p>
    <w:p/>
    <w:p>
      <w:pPr>
        <w:pStyle w:val="Heading2"/>
      </w:pPr>
      <w:r>
        <w:t>第二条 合同标的</w:t>
      </w:r>
    </w:p>
    <w:p/>
    <w:p>
      <w:r>
        <w:t>| 序号 | 产品/服务名称 | 规格型号 | 单位 | 数量 | 单价 (元) | 金额 (元) |</w:t>
      </w:r>
    </w:p>
    <w:p>
      <w:r>
        <w:t>|------|--------------|---------|------|------|----------|----------|</w:t>
      </w:r>
    </w:p>
    <w:p>
      <w:r>
        <w:t>| 1 | [________] | [________] | [____] | [____] | [________] | [________] |</w:t>
      </w:r>
    </w:p>
    <w:p>
      <w:r>
        <w:t>| 2 | [________] | [________] | [____] | [____] | [________] | [________] |</w:t>
      </w:r>
    </w:p>
    <w:p>
      <w:r>
        <w:t>| 3 | [________] | [________] | [____] | [____] | [________] | [________] |</w:t>
      </w:r>
    </w:p>
    <w:p>
      <w:r>
        <w:t>| **合计** | - | - | - | - | - | **[________]** |</w:t>
      </w:r>
    </w:p>
    <w:p/>
    <w:p>
      <w:r>
        <w:t>**合同总金额（大写）：** [________________________] 元整</w:t>
      </w:r>
    </w:p>
    <w:p/>
    <w:p>
      <w:r>
        <w:t>---</w:t>
      </w:r>
    </w:p>
    <w:p/>
    <w:p>
      <w:pPr>
        <w:pStyle w:val="Heading2"/>
      </w:pPr>
      <w:r>
        <w:t>第三条 质量要求</w:t>
      </w:r>
    </w:p>
    <w:p/>
    <w:p>
      <w:r>
        <w:t>1. 产品质量应符合国家/行业标准：[________________________]</w:t>
      </w:r>
    </w:p>
    <w:p>
      <w:r>
        <w:t>2. 质保期：[____] 个月/年</w:t>
      </w:r>
    </w:p>
    <w:p>
      <w:r>
        <w:t>3. 其他质量要求：[________________________]</w:t>
      </w:r>
    </w:p>
    <w:p/>
    <w:p>
      <w:r>
        <w:t>---</w:t>
      </w:r>
    </w:p>
    <w:p/>
    <w:p>
      <w:pPr>
        <w:pStyle w:val="Heading2"/>
      </w:pPr>
      <w:r>
        <w:t>第四条 交货/服务期限</w:t>
      </w:r>
    </w:p>
    <w:p/>
    <w:p>
      <w:r>
        <w:t>1. 交货/服务时间：[____] 年 [____] 月 [____] 日前</w:t>
      </w:r>
    </w:p>
    <w:p>
      <w:r>
        <w:t>2. 交货/服务地点：[________________________]</w:t>
      </w:r>
    </w:p>
    <w:p>
      <w:r>
        <w:t>3. 运输方式及费用承担：[________________________]</w:t>
      </w:r>
    </w:p>
    <w:p/>
    <w:p>
      <w:r>
        <w:t>---</w:t>
      </w:r>
    </w:p>
    <w:p/>
    <w:p>
      <w:pPr>
        <w:pStyle w:val="Heading2"/>
      </w:pPr>
      <w:r>
        <w:t>第五条 付款方式</w:t>
      </w:r>
    </w:p>
    <w:p/>
    <w:p>
      <w:r>
        <w:t>1. 付款期限：[________________________]</w:t>
      </w:r>
    </w:p>
    <w:p>
      <w:r>
        <w:t>2. 付款方式：[□银行转账 □支票 □现金 □其他]</w:t>
      </w:r>
    </w:p>
    <w:p>
      <w:r>
        <w:t>3. 甲方账户信息：</w:t>
      </w:r>
    </w:p>
    <w:p>
      <w:r>
        <w:t xml:space="preserve">   - 开户银行：[________________________]</w:t>
      </w:r>
    </w:p>
    <w:p>
      <w:r>
        <w:t xml:space="preserve">   - 账户名称：[________________________]</w:t>
      </w:r>
    </w:p>
    <w:p>
      <w:r>
        <w:t xml:space="preserve">   - 银行账号：[________________________]</w:t>
      </w:r>
    </w:p>
    <w:p/>
    <w:p>
      <w:r>
        <w:t>---</w:t>
      </w:r>
    </w:p>
    <w:p/>
    <w:p>
      <w:pPr>
        <w:pStyle w:val="Heading2"/>
      </w:pPr>
      <w:r>
        <w:t>第六条 验收标准</w:t>
      </w:r>
    </w:p>
    <w:p/>
    <w:p>
      <w:r>
        <w:t>1. 验收时间：[________________________]</w:t>
      </w:r>
    </w:p>
    <w:p>
      <w:r>
        <w:t>2. 验收方法：[________________________]</w:t>
      </w:r>
    </w:p>
    <w:p>
      <w:r>
        <w:t>3. 异议期限：收货后 [____] 个工作日内</w:t>
      </w:r>
    </w:p>
    <w:p/>
    <w:p>
      <w:r>
        <w:t>---</w:t>
      </w:r>
    </w:p>
    <w:p/>
    <w:p>
      <w:pPr>
        <w:pStyle w:val="Heading2"/>
      </w:pPr>
      <w:r>
        <w:t>第七条 违约责任</w:t>
      </w:r>
    </w:p>
    <w:p/>
    <w:p>
      <w:r>
        <w:t>1. 甲方逾期交货的，每日按合同总额的 [____]% 支付违约金</w:t>
      </w:r>
    </w:p>
    <w:p>
      <w:r>
        <w:t>2. 乙方逾期付款的，每日按应付金额的 [____]% 支付违约金</w:t>
      </w:r>
    </w:p>
    <w:p>
      <w:r>
        <w:t>3. 其他违约责任：[________________________]</w:t>
      </w:r>
    </w:p>
    <w:p/>
    <w:p>
      <w:r>
        <w:t>---</w:t>
      </w:r>
    </w:p>
    <w:p/>
    <w:p>
      <w:pPr>
        <w:pStyle w:val="Heading2"/>
      </w:pPr>
      <w:r>
        <w:t>第八条 争议解决</w:t>
      </w:r>
    </w:p>
    <w:p/>
    <w:p>
      <w:r>
        <w:t>本合同在履行过程中发生争议，由双方协商解决；协商不成的，按下列第 [____] 种方式解决：</w:t>
      </w:r>
    </w:p>
    <w:p/>
    <w:p>
      <w:r>
        <w:t>1. 提交 [________________________] 仲裁委员会仲裁</w:t>
      </w:r>
    </w:p>
    <w:p>
      <w:r>
        <w:t>2. 依法向 [________________________] 人民法院起诉</w:t>
      </w:r>
    </w:p>
    <w:p/>
    <w:p>
      <w:r>
        <w:t>---</w:t>
      </w:r>
    </w:p>
    <w:p/>
    <w:p>
      <w:pPr>
        <w:pStyle w:val="Heading2"/>
      </w:pPr>
      <w:r>
        <w:t>第九条 其他约定</w:t>
      </w:r>
    </w:p>
    <w:p/>
    <w:p>
      <w:r>
        <w:t>1. [________________________]</w:t>
      </w:r>
    </w:p>
    <w:p>
      <w:r>
        <w:t>2. [________________________]</w:t>
      </w:r>
    </w:p>
    <w:p>
      <w:r>
        <w:t>3. [________________________]</w:t>
      </w:r>
    </w:p>
    <w:p/>
    <w:p>
      <w:r>
        <w:t>---</w:t>
      </w:r>
    </w:p>
    <w:p/>
    <w:p>
      <w:pPr>
        <w:pStyle w:val="Heading2"/>
      </w:pPr>
      <w:r>
        <w:t>第十条 合同生效</w:t>
      </w:r>
    </w:p>
    <w:p/>
    <w:p>
      <w:r>
        <w:t>本合同一式 [____] 份，甲乙双方各执 [____] 份，自双方签字盖章之日起生效。</w:t>
      </w:r>
    </w:p>
    <w:p/>
    <w:p>
      <w:r>
        <w:t>---</w:t>
      </w:r>
    </w:p>
    <w:p/>
    <w:p>
      <w:pPr>
        <w:pStyle w:val="Heading2"/>
      </w:pPr>
      <w:r>
        <w:t>签章页</w:t>
      </w:r>
    </w:p>
    <w:p/>
    <w:p>
      <w:r>
        <w:t>**甲方（盖章）：**                      **乙方（盖章）：**</w:t>
      </w:r>
    </w:p>
    <w:p/>
    <w:p>
      <w:r>
        <w:t>法定代表人/授权代表：____________      法定代表人/授权代表：____________</w:t>
      </w:r>
    </w:p>
    <w:p/>
    <w:p>
      <w:r>
        <w:t>日期：[____] 年 [____] 月 [____] 日    日期：[____] 年 [____] 月 [____] 日</w:t>
      </w:r>
    </w:p>
    <w:p/>
    <w:p>
      <w:r>
        <w:t>---</w:t>
      </w:r>
    </w:p>
    <w:p/>
    <w:p>
      <w:r>
        <w:t>*注：本模板仅供参考，具体合同内容应根据实际情况调整，建议咨询法律专业人士。*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