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光伏逆变器信息报告</w:t>
      </w:r>
    </w:p>
    <w:p>
      <w:pPr>
        <w:pStyle w:val="Heading2"/>
      </w:pPr>
      <w:r>
        <w:t>光伏逆变器清单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逆变器名称</w:t>
            </w:r>
          </w:p>
        </w:tc>
        <w:tc>
          <w:tcPr>
            <w:tcW w:type="dxa" w:w="2160"/>
          </w:tcPr>
          <w:p>
            <w:r>
              <w:rPr>
                <w:b/>
              </w:rPr>
              <w:t>电站名称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园区名称</w:t>
            </w:r>
          </w:p>
        </w:tc>
        <w:tc>
          <w:tcPr>
            <w:tcW w:type="dxa" w:w="2160"/>
          </w:tcPr>
          <w:p>
            <w:r>
              <w:rPr>
                <w:b/>
              </w:rPr>
              <w:t>企业名称</w:t>
            </w:r>
          </w:p>
        </w:tc>
      </w:tr>
      <w:tr>
        <w:tc>
          <w:tcPr>
            <w:tcW w:type="dxa" w:w="2160"/>
          </w:tcPr>
          <w:p>
            <w:r>
              <w:t>赤峰云铜逆变器 1</w:t>
            </w:r>
          </w:p>
        </w:tc>
        <w:tc>
          <w:tcPr>
            <w:tcW w:type="dxa" w:w="2160"/>
          </w:tcPr>
          <w:p>
            <w:r>
              <w:t>赤峰云铜光伏站点</w:t>
            </w:r>
          </w:p>
        </w:tc>
        <w:tc>
          <w:tcPr>
            <w:tcW w:type="dxa" w:w="2160"/>
          </w:tcPr>
          <w:p>
            <w:r>
              <w:t>松山产业园</w:t>
            </w:r>
          </w:p>
        </w:tc>
        <w:tc>
          <w:tcPr>
            <w:tcW w:type="dxa" w:w="2160"/>
          </w:tcPr>
          <w:p>
            <w:r>
              <w:t>内蒙古欣美嘉高新科技有限公司</w:t>
            </w:r>
          </w:p>
        </w:tc>
      </w:tr>
      <w:tr>
        <w:tc>
          <w:tcPr>
            <w:tcW w:type="dxa" w:w="2160"/>
          </w:tcPr>
          <w:p>
            <w:r>
              <w:t>赤峰龙云逆变器</w:t>
            </w:r>
          </w:p>
        </w:tc>
        <w:tc>
          <w:tcPr>
            <w:tcW w:type="dxa" w:w="2160"/>
          </w:tcPr>
          <w:p>
            <w:r>
              <w:t>赤峰龙云 - 光伏站点</w:t>
            </w:r>
          </w:p>
        </w:tc>
        <w:tc>
          <w:tcPr>
            <w:tcW w:type="dxa" w:w="2160"/>
          </w:tcPr>
          <w:p>
            <w:r>
              <w:t>松山产业园</w:t>
            </w:r>
          </w:p>
        </w:tc>
        <w:tc>
          <w:tcPr>
            <w:tcW w:type="dxa" w:w="2160"/>
          </w:tcPr>
          <w:p>
            <w:r>
              <w:t>赤峰市盛风新能源有限公司</w:t>
            </w:r>
          </w:p>
        </w:tc>
      </w:tr>
      <w:tr>
        <w:tc>
          <w:tcPr>
            <w:tcW w:type="dxa" w:w="2160"/>
          </w:tcPr>
          <w:p>
            <w:r>
              <w:t>赤峰云钢逆变器</w:t>
            </w:r>
          </w:p>
        </w:tc>
        <w:tc>
          <w:tcPr>
            <w:tcW w:type="dxa" w:w="2160"/>
          </w:tcPr>
          <w:p>
            <w:r>
              <w:t>赤峰云钢 - 光伏站点</w:t>
            </w:r>
          </w:p>
        </w:tc>
        <w:tc>
          <w:tcPr>
            <w:tcW w:type="dxa" w:w="2160"/>
          </w:tcPr>
          <w:p>
            <w:r>
              <w:t>松山产业园</w:t>
            </w:r>
          </w:p>
        </w:tc>
        <w:tc>
          <w:tcPr>
            <w:tcW w:type="dxa" w:w="2160"/>
          </w:tcPr>
          <w:p>
            <w:r>
              <w:t>赤峰如胜实业发展有限公司</w:t>
            </w:r>
          </w:p>
        </w:tc>
      </w:tr>
      <w:tr>
        <w:tc>
          <w:tcPr>
            <w:tcW w:type="dxa" w:w="2160"/>
          </w:tcPr>
          <w:p>
            <w:r>
              <w:t>金通铜业逆变器</w:t>
            </w:r>
          </w:p>
        </w:tc>
        <w:tc>
          <w:tcPr>
            <w:tcW w:type="dxa" w:w="2160"/>
          </w:tcPr>
          <w:p>
            <w:r>
              <w:t>金通铜业 - 光伏站点</w:t>
            </w:r>
          </w:p>
        </w:tc>
        <w:tc>
          <w:tcPr>
            <w:tcW w:type="dxa" w:w="2160"/>
          </w:tcPr>
          <w:p>
            <w:r>
              <w:t>松山产业园</w:t>
            </w:r>
          </w:p>
        </w:tc>
        <w:tc>
          <w:tcPr>
            <w:tcW w:type="dxa" w:w="2160"/>
          </w:tcPr>
          <w:p>
            <w:r>
              <w:t>赤峰远联金属制品有限公司</w:t>
            </w:r>
          </w:p>
        </w:tc>
      </w:tr>
      <w:tr>
        <w:tc>
          <w:tcPr>
            <w:tcW w:type="dxa" w:w="2160"/>
          </w:tcPr>
          <w:p>
            <w:r>
              <w:t>赤峰制药逆变器</w:t>
            </w:r>
          </w:p>
        </w:tc>
        <w:tc>
          <w:tcPr>
            <w:tcW w:type="dxa" w:w="2160"/>
          </w:tcPr>
          <w:p>
            <w:r>
              <w:t>赤峰制药 - 光伏站点</w:t>
            </w:r>
          </w:p>
        </w:tc>
        <w:tc>
          <w:tcPr>
            <w:tcW w:type="dxa" w:w="2160"/>
          </w:tcPr>
          <w:p>
            <w:r>
              <w:t>红山产业园</w:t>
            </w:r>
          </w:p>
        </w:tc>
        <w:tc>
          <w:tcPr>
            <w:tcW w:type="dxa" w:w="2160"/>
          </w:tcPr>
          <w:p>
            <w:r>
              <w:t>赤峰远联金属制品有限公司</w:t>
            </w:r>
          </w:p>
        </w:tc>
      </w:tr>
      <w:tr>
        <w:tc>
          <w:tcPr>
            <w:tcW w:type="dxa" w:w="2160"/>
          </w:tcPr>
          <w:p>
            <w:r>
              <w:t>天奇制药逆变器</w:t>
            </w:r>
          </w:p>
        </w:tc>
        <w:tc>
          <w:tcPr>
            <w:tcW w:type="dxa" w:w="2160"/>
          </w:tcPr>
          <w:p>
            <w:r>
              <w:t>天奇制药 - 光伏站点</w:t>
            </w:r>
          </w:p>
        </w:tc>
        <w:tc>
          <w:tcPr>
            <w:tcW w:type="dxa" w:w="2160"/>
          </w:tcPr>
          <w:p>
            <w:r>
              <w:t>红山产业园</w:t>
            </w:r>
          </w:p>
        </w:tc>
        <w:tc>
          <w:tcPr>
            <w:tcW w:type="dxa" w:w="2160"/>
          </w:tcPr>
          <w:p>
            <w:r>
              <w:t>赤峰建达新型建材有限公司</w:t>
            </w:r>
          </w:p>
        </w:tc>
      </w:tr>
      <w:tr>
        <w:tc>
          <w:tcPr>
            <w:tcW w:type="dxa" w:w="2160"/>
          </w:tcPr>
          <w:p>
            <w:r>
              <w:t>红龙制药逆变器</w:t>
            </w:r>
          </w:p>
        </w:tc>
        <w:tc>
          <w:tcPr>
            <w:tcW w:type="dxa" w:w="2160"/>
          </w:tcPr>
          <w:p>
            <w:r>
              <w:t>红龙制药 - 光伏站点</w:t>
            </w:r>
          </w:p>
        </w:tc>
        <w:tc>
          <w:tcPr>
            <w:tcW w:type="dxa" w:w="2160"/>
          </w:tcPr>
          <w:p>
            <w:r>
              <w:t>红山产业园</w:t>
            </w:r>
          </w:p>
        </w:tc>
        <w:tc>
          <w:tcPr>
            <w:tcW w:type="dxa" w:w="2160"/>
          </w:tcPr>
          <w:p>
            <w:r>
              <w:t>内蒙古红山国有资本运营有限责任公司</w:t>
            </w:r>
          </w:p>
        </w:tc>
      </w:tr>
      <w:tr>
        <w:tc>
          <w:tcPr>
            <w:tcW w:type="dxa" w:w="2160"/>
          </w:tcPr>
          <w:p>
            <w:r>
              <w:t>伊品 - 逆变器</w:t>
            </w:r>
          </w:p>
        </w:tc>
        <w:tc>
          <w:tcPr>
            <w:tcW w:type="dxa" w:w="2160"/>
          </w:tcPr>
          <w:p>
            <w:r>
              <w:t>伊品 - 光伏站点</w:t>
            </w:r>
          </w:p>
        </w:tc>
        <w:tc>
          <w:tcPr>
            <w:tcW w:type="dxa" w:w="2160"/>
          </w:tcPr>
          <w:p>
            <w:r>
              <w:t>元宝山产业园</w:t>
            </w:r>
          </w:p>
        </w:tc>
        <w:tc>
          <w:tcPr>
            <w:tcW w:type="dxa" w:w="2160"/>
          </w:tcPr>
          <w:p>
            <w:r>
              <w:t>赤峰红山圣火生物质能科技开发有限责任公司</w:t>
            </w:r>
          </w:p>
        </w:tc>
      </w:tr>
      <w:tr>
        <w:tc>
          <w:tcPr>
            <w:tcW w:type="dxa" w:w="2160"/>
          </w:tcPr>
          <w:p>
            <w:r>
              <w:t>赤峰上鼎 - 逆变器</w:t>
            </w:r>
          </w:p>
        </w:tc>
        <w:tc>
          <w:tcPr>
            <w:tcW w:type="dxa" w:w="2160"/>
          </w:tcPr>
          <w:p>
            <w:r>
              <w:t>赤峰上鼎 - 光伏站点</w:t>
            </w:r>
          </w:p>
        </w:tc>
        <w:tc>
          <w:tcPr>
            <w:tcW w:type="dxa" w:w="2160"/>
          </w:tcPr>
          <w:p>
            <w:r>
              <w:t>元宝山产业园</w:t>
            </w:r>
          </w:p>
        </w:tc>
        <w:tc>
          <w:tcPr>
            <w:tcW w:type="dxa" w:w="2160"/>
          </w:tcPr>
          <w:p>
            <w:r>
              <w:t>赤峰绿色氢链技术有限公司</w:t>
            </w:r>
          </w:p>
        </w:tc>
      </w:tr>
      <w:tr>
        <w:tc>
          <w:tcPr>
            <w:tcW w:type="dxa" w:w="2160"/>
          </w:tcPr>
          <w:p>
            <w:r>
              <w:t>赤峰经济逆变器</w:t>
            </w:r>
          </w:p>
        </w:tc>
        <w:tc>
          <w:tcPr>
            <w:tcW w:type="dxa" w:w="2160"/>
          </w:tcPr>
          <w:p>
            <w:r>
              <w:t>赤峰经济 - 光伏站点</w:t>
            </w:r>
          </w:p>
        </w:tc>
        <w:tc>
          <w:tcPr>
            <w:tcW w:type="dxa" w:w="2160"/>
          </w:tcPr>
          <w:p>
            <w:r>
              <w:t>东山产业园</w:t>
            </w:r>
          </w:p>
        </w:tc>
        <w:tc>
          <w:tcPr>
            <w:tcW w:type="dxa" w:w="2160"/>
          </w:tcPr>
          <w:p>
            <w:r>
              <w:t>赤峰云铜有色金属有限公司</w:t>
            </w:r>
          </w:p>
        </w:tc>
      </w:tr>
      <w:tr>
        <w:tc>
          <w:tcPr>
            <w:tcW w:type="dxa" w:w="2160"/>
          </w:tcPr>
          <w:p>
            <w:r>
              <w:t>赤峰云铜逆变器 2</w:t>
            </w:r>
          </w:p>
        </w:tc>
        <w:tc>
          <w:tcPr>
            <w:tcW w:type="dxa" w:w="2160"/>
          </w:tcPr>
          <w:p>
            <w:r>
              <w:t>赤峰云铜光伏站点</w:t>
            </w:r>
          </w:p>
        </w:tc>
        <w:tc>
          <w:tcPr>
            <w:tcW w:type="dxa" w:w="2160"/>
          </w:tcPr>
          <w:p>
            <w:r>
              <w:t>松山产业园</w:t>
            </w:r>
          </w:p>
        </w:tc>
        <w:tc>
          <w:tcPr>
            <w:tcW w:type="dxa" w:w="2160"/>
          </w:tcPr>
          <w:p>
            <w:r>
              <w:t>内蒙古欣美嘉高新科技有限公司</w:t>
            </w:r>
          </w:p>
        </w:tc>
      </w:tr>
      <w:tr>
        <w:tc>
          <w:tcPr>
            <w:tcW w:type="dxa" w:w="2160"/>
          </w:tcPr>
          <w:p>
            <w:r>
              <w:t>江苏盐城逆变器</w:t>
            </w:r>
          </w:p>
        </w:tc>
        <w:tc>
          <w:tcPr>
            <w:tcW w:type="dxa" w:w="2160"/>
          </w:tcPr>
          <w:p>
            <w:r>
              <w:t>江苏盐城站点</w:t>
            </w:r>
          </w:p>
        </w:tc>
        <w:tc>
          <w:tcPr>
            <w:tcW w:type="dxa" w:w="2160"/>
          </w:tcPr>
          <w:p>
            <w:r>
              <w:t>东山产业园</w:t>
            </w:r>
          </w:p>
        </w:tc>
        <w:tc>
          <w:tcPr>
            <w:tcW w:type="dxa" w:w="2160"/>
          </w:tcPr>
          <w:p>
            <w:r>
              <w:t>内蒙古东岳金峰氟化工有限公司</w:t>
            </w:r>
          </w:p>
        </w:tc>
      </w:tr>
      <w:tr>
        <w:tc>
          <w:tcPr>
            <w:tcW w:type="dxa" w:w="2160"/>
          </w:tcPr>
          <w:p>
            <w:r>
              <w:t>江苏盐城逆变器 2</w:t>
            </w:r>
          </w:p>
        </w:tc>
        <w:tc>
          <w:tcPr>
            <w:tcW w:type="dxa" w:w="2160"/>
          </w:tcPr>
          <w:p>
            <w:r>
              <w:t>江苏盐城站点</w:t>
            </w:r>
          </w:p>
        </w:tc>
        <w:tc>
          <w:tcPr>
            <w:tcW w:type="dxa" w:w="2160"/>
          </w:tcPr>
          <w:p>
            <w:r>
              <w:t>东山产业园</w:t>
            </w:r>
          </w:p>
        </w:tc>
        <w:tc>
          <w:tcPr>
            <w:tcW w:type="dxa" w:w="2160"/>
          </w:tcPr>
          <w:p>
            <w:r>
              <w:t>内蒙古东岳金峰氟化工有限公司</w:t>
            </w:r>
          </w:p>
        </w:tc>
      </w:tr>
      <w:tr>
        <w:tc>
          <w:tcPr>
            <w:tcW w:type="dxa" w:w="2160"/>
          </w:tcPr>
          <w:p>
            <w:r>
              <w:t>江苏盐城逆变器 3</w:t>
            </w:r>
          </w:p>
        </w:tc>
        <w:tc>
          <w:tcPr>
            <w:tcW w:type="dxa" w:w="2160"/>
          </w:tcPr>
          <w:p>
            <w:r>
              <w:t>江苏盐城站点</w:t>
            </w:r>
          </w:p>
        </w:tc>
        <w:tc>
          <w:tcPr>
            <w:tcW w:type="dxa" w:w="2160"/>
          </w:tcPr>
          <w:p>
            <w:r>
              <w:t>东山产业园</w:t>
            </w:r>
          </w:p>
        </w:tc>
        <w:tc>
          <w:tcPr>
            <w:tcW w:type="dxa" w:w="2160"/>
          </w:tcPr>
          <w:p>
            <w:r>
              <w:t>内蒙古东岳金峰氟化工有限公司</w:t>
            </w:r>
          </w:p>
        </w:tc>
      </w:tr>
      <w:tr>
        <w:tc>
          <w:tcPr>
            <w:tcW w:type="dxa" w:w="2160"/>
          </w:tcPr>
          <w:p>
            <w:r>
              <w:t>江苏盐城逆变器 4</w:t>
            </w:r>
          </w:p>
        </w:tc>
        <w:tc>
          <w:tcPr>
            <w:tcW w:type="dxa" w:w="2160"/>
          </w:tcPr>
          <w:p>
            <w:r>
              <w:t>江苏盐城站点</w:t>
            </w:r>
          </w:p>
        </w:tc>
        <w:tc>
          <w:tcPr>
            <w:tcW w:type="dxa" w:w="2160"/>
          </w:tcPr>
          <w:p>
            <w:r>
              <w:t>东山产业园</w:t>
            </w:r>
          </w:p>
        </w:tc>
        <w:tc>
          <w:tcPr>
            <w:tcW w:type="dxa" w:w="2160"/>
          </w:tcPr>
          <w:p>
            <w:r>
              <w:t>内蒙古东岳金峰氟化工有限公司</w:t>
            </w:r>
          </w:p>
        </w:tc>
      </w:tr>
      <w:tr>
        <w:tc>
          <w:tcPr>
            <w:tcW w:type="dxa" w:w="2160"/>
          </w:tcPr>
          <w:p>
            <w:r>
              <w:t>江苏盐城逆变器 5</w:t>
            </w:r>
          </w:p>
        </w:tc>
        <w:tc>
          <w:tcPr>
            <w:tcW w:type="dxa" w:w="2160"/>
          </w:tcPr>
          <w:p>
            <w:r>
              <w:t>江苏盐城站点</w:t>
            </w:r>
          </w:p>
        </w:tc>
        <w:tc>
          <w:tcPr>
            <w:tcW w:type="dxa" w:w="2160"/>
          </w:tcPr>
          <w:p>
            <w:r>
              <w:t>东山产业园</w:t>
            </w:r>
          </w:p>
        </w:tc>
        <w:tc>
          <w:tcPr>
            <w:tcW w:type="dxa" w:w="2160"/>
          </w:tcPr>
          <w:p>
            <w:r>
              <w:t>内蒙古东岳金峰氟化工有限公司</w:t>
            </w:r>
          </w:p>
        </w:tc>
      </w:tr>
    </w:tbl>
    <w:p/>
    <w:p/>
    <w:p>
      <w:pPr>
        <w:pStyle w:val="Heading2"/>
      </w:pPr>
      <w:r>
        <w:t>汇总统计</w:t>
      </w:r>
    </w:p>
    <w:p/>
    <w:p>
      <w:pPr>
        <w:pStyle w:val="ListBullet"/>
      </w:pPr>
      <w:r>
        <w:rPr>
          <w:b/>
        </w:rPr>
        <w:t>逆变器总数</w:t>
      </w:r>
      <w:r>
        <w:t>：16 个</w:t>
      </w:r>
    </w:p>
    <w:p>
      <w:pPr>
        <w:pStyle w:val="ListBullet"/>
      </w:pPr>
      <w:r>
        <w:rPr>
          <w:b/>
        </w:rPr>
        <w:t>涉及园区</w:t>
      </w:r>
      <w:r>
        <w:t>：5 个（松山产业园、红山产业园、元宝山产业园、东山产业园）</w:t>
      </w:r>
    </w:p>
    <w:p>
      <w:pPr>
        <w:pStyle w:val="ListBullet"/>
      </w:pPr>
      <w:r>
        <w:rPr>
          <w:b/>
        </w:rPr>
        <w:t>涉及企业</w:t>
      </w:r>
      <w:r>
        <w:t>：11 家</w:t>
      </w:r>
    </w:p>
    <w:p>
      <w:pPr>
        <w:pStyle w:val="ListBullet"/>
      </w:pPr>
      <w:r>
        <w:rPr>
          <w:b/>
        </w:rPr>
        <w:t>电站总数</w:t>
      </w:r>
      <w:r>
        <w:t>：14 个</w:t>
      </w:r>
    </w:p>
    <w:p/>
    <w:p>
      <w:pPr>
        <w:pStyle w:val="Heading2"/>
      </w:pPr>
      <w:r>
        <w:t>园区分布</w:t>
      </w:r>
    </w:p>
    <w:p/>
    <w:p>
      <w:pPr>
        <w:pStyle w:val="ListBullet"/>
      </w:pPr>
      <w:r>
        <w:rPr>
          <w:b/>
        </w:rPr>
        <w:t>松山产业园</w:t>
      </w:r>
      <w:r>
        <w:t>：5 个逆变器</w:t>
      </w:r>
    </w:p>
    <w:p>
      <w:pPr>
        <w:pStyle w:val="ListBullet"/>
      </w:pPr>
      <w:r>
        <w:rPr>
          <w:b/>
        </w:rPr>
        <w:t>东山产业园</w:t>
      </w:r>
      <w:r>
        <w:t>：6 个逆变器</w:t>
      </w:r>
    </w:p>
    <w:p>
      <w:pPr>
        <w:pStyle w:val="ListBullet"/>
      </w:pPr>
      <w:r>
        <w:rPr>
          <w:b/>
        </w:rPr>
        <w:t>红山产业园</w:t>
      </w:r>
      <w:r>
        <w:t>：3 个逆变器</w:t>
      </w:r>
    </w:p>
    <w:p>
      <w:pPr>
        <w:pStyle w:val="ListBullet"/>
      </w:pPr>
      <w:r>
        <w:rPr>
          <w:b/>
        </w:rPr>
        <w:t>元宝山产业园</w:t>
      </w:r>
      <w:r>
        <w:t>：2 个逆变器</w:t>
      </w:r>
    </w:p>
    <w:p/>
    <w:p>
      <w:pPr>
        <w:pStyle w:val="Heading2"/>
      </w:pPr>
      <w:r>
        <w:t>AI 智能分析</w:t>
      </w:r>
    </w:p>
    <w:p/>
    <w:p>
      <w:pPr>
        <w:pStyle w:val="Heading3"/>
      </w:pPr>
      <w:r>
        <w:t>数据概况</w:t>
      </w:r>
    </w:p>
    <w:p>
      <w:r>
        <w:t>本报告统计了全部 16 个光伏逆变器设备，分布 across 4 个产业园、11 家企业、14 个电站。</w:t>
      </w:r>
    </w:p>
    <w:p/>
    <w:p>
      <w:pPr>
        <w:pStyle w:val="Heading3"/>
      </w:pPr>
      <w:r>
        <w:t>分布分析</w:t>
      </w:r>
    </w:p>
    <w:p>
      <w:pPr>
        <w:pStyle w:val="ListBullet"/>
      </w:pPr>
      <w:r>
        <w:rPr>
          <w:b/>
        </w:rPr>
        <w:t>东山产业园</w:t>
      </w:r>
      <w:r>
        <w:t>逆变器数量最多（6 个），其中江苏盐城站点独占 5 个，配置最为集中</w:t>
      </w:r>
    </w:p>
    <w:p>
      <w:pPr>
        <w:pStyle w:val="ListBullet"/>
      </w:pPr>
      <w:r>
        <w:rPr>
          <w:b/>
        </w:rPr>
        <w:t>松山产业园</w:t>
      </w:r>
      <w:r>
        <w:t>次之（5 个），分布较为分散，涉及多家企业</w:t>
      </w:r>
    </w:p>
    <w:p>
      <w:pPr>
        <w:pStyle w:val="ListBullet"/>
      </w:pPr>
      <w:r>
        <w:rPr>
          <w:b/>
        </w:rPr>
        <w:t>红山产业园</w:t>
      </w:r>
      <w:r>
        <w:t>（3 个）和</w:t>
      </w:r>
      <w:r>
        <w:rPr>
          <w:b/>
        </w:rPr>
        <w:t>元宝山产业园</w:t>
      </w:r>
      <w:r>
        <w:t>（2 个）规模相对较小</w:t>
      </w:r>
    </w:p>
    <w:p/>
    <w:p>
      <w:pPr>
        <w:pStyle w:val="Heading3"/>
      </w:pPr>
      <w:r>
        <w:t>企业集中度</w:t>
      </w:r>
    </w:p>
    <w:p>
      <w:pPr>
        <w:pStyle w:val="ListBullet"/>
      </w:pPr>
      <w:r>
        <w:rPr>
          <w:b/>
        </w:rPr>
        <w:t>内蒙古东岳金峰氟化工有限公司</w:t>
      </w:r>
      <w:r>
        <w:t>：独占 5 个逆变器（江苏盐城系列），集中度最高</w:t>
      </w:r>
    </w:p>
    <w:p>
      <w:pPr>
        <w:pStyle w:val="ListBullet"/>
      </w:pPr>
      <w:r>
        <w:rPr>
          <w:b/>
        </w:rPr>
        <w:t>内蒙古欣美嘉高新科技有限公司</w:t>
      </w:r>
      <w:r>
        <w:t>：配置 2 个逆变器（赤峰云铜 1 号和 2 号）</w:t>
      </w:r>
    </w:p>
    <w:p>
      <w:pPr>
        <w:pStyle w:val="ListBullet"/>
      </w:pPr>
      <w:r>
        <w:t>其余 9 家企业各配置 1 个逆变器</w:t>
      </w:r>
    </w:p>
    <w:p/>
    <w:p>
      <w:pPr>
        <w:pStyle w:val="Heading3"/>
      </w:pPr>
      <w:r>
        <w:t>优化建议</w:t>
      </w:r>
    </w:p>
    <w:p>
      <w:pPr>
        <w:pStyle w:val="ListBullet"/>
      </w:pPr>
      <w:r>
        <w:t>建议对江苏盐城 5 个逆变器进行统一运维管理，提升效率</w:t>
      </w:r>
    </w:p>
    <w:p>
      <w:pPr>
        <w:pStyle w:val="ListBullet"/>
      </w:pPr>
      <w:r>
        <w:t>松山产业园逆变器分散，建议建立园区级集中监控平台</w:t>
      </w:r>
    </w:p>
    <w:p>
      <w:pPr>
        <w:pStyle w:val="ListBullet"/>
      </w:pPr>
      <w:r>
        <w:t>元宝山产业园规模最小，可考虑扩容或与其他园区整合运维资源</w:t>
      </w:r>
    </w:p>
    <w:p/>
    <w:p>
      <w:pPr>
        <w:jc w:val="center"/>
      </w:pPr>
      <w:r>
        <w:rPr>
          <w:color w:val="AAAAAA"/>
          <w:sz w:val="18"/>
        </w:rPr>
        <w:t>以上内容由 ECclaw 生成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