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光伏回路信息报告</w:t>
      </w:r>
    </w:p>
    <w:p>
      <w:pPr>
        <w:pStyle w:val="Heading1"/>
      </w:pPr>
      <w:r>
        <w:t>光伏回路信息报告</w:t>
      </w:r>
    </w:p>
    <w:p/>
    <w:p>
      <w:pPr>
        <w:pStyle w:val="Heading2"/>
      </w:pPr>
      <w:r>
        <w:t>数据概览</w:t>
      </w:r>
    </w:p>
    <w:p>
      <w:r>
        <w:t>共查询到 10 条光伏回路数据记录。</w:t>
      </w:r>
    </w:p>
    <w:p/>
    <w:p>
      <w:pPr>
        <w:pStyle w:val="Heading2"/>
      </w:pPr>
      <w:r>
        <w:t>数据字段</w:t>
      </w:r>
    </w:p>
    <w:p>
      <w:pPr>
        <w:pStyle w:val="ListBullet"/>
      </w:pPr>
      <w:r>
        <w:t>回路名称（loopName）</w:t>
      </w:r>
    </w:p>
    <w:p>
      <w:pPr>
        <w:pStyle w:val="ListBullet"/>
      </w:pPr>
      <w:r>
        <w:t>所属逆变器（inverter_name）</w:t>
      </w:r>
    </w:p>
    <w:p>
      <w:pPr>
        <w:pStyle w:val="ListBullet"/>
      </w:pPr>
      <w:r>
        <w:t>回路等级（loopLevel）</w:t>
      </w:r>
    </w:p>
    <w:p>
      <w:pPr>
        <w:pStyle w:val="ListBullet"/>
      </w:pPr>
      <w:r>
        <w:t>所属站点（station_name）</w:t>
      </w:r>
    </w:p>
    <w:p/>
    <w:p>
      <w:pPr>
        <w:pStyle w:val="Heading2"/>
      </w:pPr>
      <w:r>
        <w:t>数据来源</w:t>
      </w:r>
    </w:p>
    <w:p>
      <w:r>
        <w:t>数据来自  视图，查询时间：2026-04-25。</w:t>
      </w:r>
    </w:p>
    <w:p/>
    <w:p>
      <w:pPr>
        <w:pBdr>
          <w:bottom w:val="single" w:sz="6" w:space="1" w:color="AAAAAA"/>
        </w:pBdr>
      </w:pPr>
    </w:p>
    <w:p>
      <w:r>
        <w:rPr>
          <w:i/>
        </w:rPr>
        <w:t>以上内容由 ECclaw 生成</w:t>
      </w:r>
    </w:p>
    <w:p/>
    <w:p>
      <w:pPr>
        <w:jc w:val="center"/>
      </w:pPr>
      <w:r>
        <w:rPr>
          <w:color w:val="AAAAAA"/>
          <w:sz w:val="18"/>
        </w:rPr>
        <w:t>以上内容由 ECclaw 生成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